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למשימות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תשע סוגי משימות שאפשר לבצע על כל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חוקי לוח איקס-עיגול לבחירת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הנחיות כמו כתבו, ציירו ומצאו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מה קרה קודם?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לאורך, לרוחב או באלכסון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משימה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 דומה ומה שונה מהחיים שלכם)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(מילים מאותו נושא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(ציור של שתי דמויות עם דיבור)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(שלוש מילים שמתארות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(הפיכת מילים מזכר לנקבה)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(כותרת חדשה לטקסט עם הסבר)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המשבצת האמצעית מתאימה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השורה יכולה להיות גם באלכסון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בלוח לכתוב לפחות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המשימה מבקשת לכתוב דעה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כל לחיצה יוצרת לוח חדש וממשפחות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רמה מתאימה בלוח, למשל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קראו את תשע המשימות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שורה של שלוש משימות - לאורך, לרוחב או באלכסון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בצעו כל משימה בשורה שבחרתם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סמנו בלחיצה כל משבצת שסיימתם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בוחרים 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בוחר שורה תקינה הכוללת את המשבצת האמצעית או שורה אחרת תקינה, מסביר בחירה בקיצור, ומבצע את שלוש המשימות בהתאם לתוכן הטקסט ובעברית פשוטה וברורה.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המשבצת האמצעית עם הכוכב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משימות בשורה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הוא-היא, הפיכת מילים מזכר 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לוח אחד לכל תלמיד ולתת לו לבחור שורה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טקסט קצר משותף לכיתה לפני תחילת העבודה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חנ״מ מומלץ להתמקד בחלקי mc, match ו-fill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למשימות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הזה יש לוח בחירה בצורת איקס-עיגול. בכל משבצת יש משימה אחרת על טקסט, והמשבצת באמצע מתאימה לכולם. צריך לבחור שלוש משימות שיוצרות שורה ולבצע אותן.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משבצת בלוח מתאימה לכל התלמידים?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בועות 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קרה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כדי לנצח בלוח, כמה משימות צריך לבחור בשורה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שורה בלוח יכולה להיות: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לאורך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לרוחב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לאורך, לרוחב או באלכסון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באלכסון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המשימה הוא - היא שייכת לאיזו קטגוריה?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טיעון ודעה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- משימה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גם אצלי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כותרת חדשה לטקסט עם הסבר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מילים בקבוצה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שלוש מילים שמתארות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בועות דיבור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דומה ומה שונה מהחיים שלכם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איך היא? איך הוא?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הפיכת מילים מזכר לנקבה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הוא -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מילים מאותו נושא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שם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ציור של שתי דמויות עם דיבור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המשבצת האמצעית מתאימה רק לתלמידים מתקדמים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שורה באלכסון כדי לנצח בלוח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מילים בקבוצה צריך לכתוב לפחות ארבע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אני חושב ש... צריך לכתוב רק עובדות בלי דעה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לחיצה על לוח חדש יוצרת בדיוק את אותו לוח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במשימת שאלה לדמות צריך לכתוב __________ שאלות לדמות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במשימת בועות דיבור מציירים __________ דמויות או אנשים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אני חושב ש... ממשיכים במילה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מילים בקבוצה יכולות להיות מהנושאים אוכל, בית, משפחה, טבע 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בצעו כל משימה בשורה שבחרתם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שורה של שלוש משימות - לאורך, לרוחב או באלכסון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סמנו בלחיצה כל משבצת שסיימתם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תשע המשימות בלוח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רמה מתאימה בלוח, למשל עולים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בוחרים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שורה אחת מהלוח (שלוש משימות) שתרצו לבצע על טקסט שקיבלתם. כתבו אילו שלוש משימות בחרתם, ולמה, ואז בצעו אותן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המשבצת שמתאימה לכל התלמידים?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משימות צריך בשורה כדי לסיים את הלוח?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למשימה מקטגוריית 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למשימות 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