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תשע סוגי משימות שאפשר לבצע על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לוח איקס-עיגול לבחירת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הנחיות כמו כתבו, ציירו ומצאו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משימה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דומה ומה שונה מהחיים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(מילים מאותו נושא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(ציור של שתי דמויות עם דיבור)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המשבצת האמצעית מתאימה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השורה יכולה להיות גם באלכסון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רמה מתאימה בלוח, למשל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 את תשע המשימות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שורה של שלוש משימות - לאורך, לרוחב או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בצעו כל משימה בשורה שבחרתם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בוחרים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בוחר שורה תקינה הכוללת את המשבצת האמצעית או שורה אחרת תקינה, מסביר בחירה בקיצור, ומבצע את שלוש המשימות בהתאם לתוכן הטקסט ובעברית פשוטה וברורה.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המשבצת האמצעית עם הכוכב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 בשורה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הוא-היא, הפיכת מילים מזכר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לוח אחד לכל תלמיד ולתת לו לבחור שורה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טקסט קצר משותף לכיתה לפני תחילת העבודה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מומלץ להתמקד בחלקי mc, match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הזה יש לוח בחירה בצורת איקס-עיגול. בכל משבצת יש משימה אחרת על טקסט, והמשבצת באמצע מתאימה לכולם. צריך לבחור שלוש משימות שיוצרות שורה ולבצע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שתי  ·  כי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משבצת בלוח מתאימה לכל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בועות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קרה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כדי לנצח בלוח, כמה משימות צריך לבחור בשורה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- משימה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גם אצלי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מילים מאותו נושא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מילים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ציור של שתי דמויות עם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בועות דיבור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דומה ומה שונה מהחיים שלכם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המשבצת האמצעית מתאימה רק לתלמידים מתקדמים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שורה באלכסון כדי לנצח בלוח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במשימת שאלה לדמות צריך לכתוב __________ שאלות לדמות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במשפט אני חושב ש... ממשיכים במילה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תשע המשימות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בצעו כל משימה בשורה שבחרתם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רמה מתאימה בלוח, למשל 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שורה של שלוש משימות - לאורך, לרוחב או באלכסון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בוחרים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שורה אחת מהלוח (שלוש משימות) שתרצו לבצע על טקסט שקיבלתם. כתבו אילו שלוש משימות בחרתם, ולמה, ואז בצעו אותן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המשבצת שמתאימה לכל התלמידים?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משימות צריך בשורה כדי לסיים את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למשימות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